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17:30-19:30 Intohimona sienet / Kaikkien sieni-ihmisten oma ilta</w:t>
      </w:r>
    </w:p>
    <w:p>
      <w:r>
        <w:t>Luennoimassa sieniin vakavasti hurahtanut ruokatoimittaja ja vaikuttaja, luonnontuoteneuvoja ja sienikirjailija Mari Moilanen.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