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09:00-13:00 Koirakiven koirajuoksu</w:t>
      </w:r>
    </w:p>
    <w:p>
      <w:r>
        <w:t>Koirakiven koirajuoksu on epävirallinen harjoituskilpailu Koirakiven Nuorisoseuran ulkoilureitillä.</w:t>
      </w:r>
    </w:p>
    <w:p>
      <w:r>
        <w:t xml:space="preserve">Ilmoittautuminen aukeaa 1.9.2026. Aikuisten sarjat 20 €, lasten ja nuorten sarja on ilmainen. Linkki ilmoittautumiseen Facebook-tapahtumassa tai sähköpostitse.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