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tori, Pertuntie 18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11:30-12:15 Sirkus LilliPutti Pertun torilla la 29.8.2026</w:t>
      </w:r>
    </w:p>
    <w:p>
      <w:r>
        <w:t xml:space="preserve">Tapahtuma sisältää taikuutta ja pelleilyä erityisesti lapsille, vanhemmat ovat tietysti tervetulleita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